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3B6BD8" w14:textId="77777777" w:rsidR="00CA279C" w:rsidRDefault="00000000">
      <w:pPr>
        <w:jc w:val="center"/>
      </w:pPr>
      <w:r>
        <w:rPr>
          <w:b/>
          <w:sz w:val="30"/>
        </w:rPr>
        <w:t>FORMULARZ REZERWACJI POBYTU GRUPOWEGO</w:t>
      </w:r>
    </w:p>
    <w:p w14:paraId="46A5015B" w14:textId="58A7C10E" w:rsidR="00CA279C" w:rsidRDefault="00000000">
      <w:pPr>
        <w:spacing w:after="160"/>
        <w:jc w:val="center"/>
      </w:pPr>
      <w:r>
        <w:rPr>
          <w:b/>
          <w:sz w:val="22"/>
        </w:rPr>
        <w:t>Dobry Zakątek</w:t>
      </w:r>
    </w:p>
    <w:p w14:paraId="4331C943" w14:textId="77777777" w:rsidR="00CA279C" w:rsidRDefault="00000000">
      <w:pPr>
        <w:spacing w:before="100" w:after="80"/>
      </w:pPr>
      <w:r>
        <w:rPr>
          <w:b/>
          <w:sz w:val="22"/>
        </w:rPr>
        <w:t>1. Dane organizatora</w:t>
      </w:r>
    </w:p>
    <w:p w14:paraId="6802FAEF" w14:textId="6BEC2675" w:rsidR="00CA279C" w:rsidRDefault="00000000">
      <w:pPr>
        <w:spacing w:after="80"/>
      </w:pPr>
      <w:r>
        <w:rPr>
          <w:b/>
        </w:rPr>
        <w:t xml:space="preserve">Nazwa grupy / instytucji: </w:t>
      </w:r>
      <w:r>
        <w:t>___________________________________________________</w:t>
      </w:r>
      <w:r w:rsidR="00860D58">
        <w:t>_______________</w:t>
      </w:r>
      <w:r>
        <w:t>___________</w:t>
      </w:r>
    </w:p>
    <w:p w14:paraId="55619CBB" w14:textId="77777777" w:rsidR="00CA279C" w:rsidRDefault="00000000">
      <w:pPr>
        <w:spacing w:after="80"/>
      </w:pPr>
      <w:r>
        <w:rPr>
          <w:b/>
        </w:rPr>
        <w:t xml:space="preserve">Imię i nazwisko osoby odpowiedzialnej: </w:t>
      </w:r>
      <w:r>
        <w:t>______________________________________________________________</w:t>
      </w:r>
    </w:p>
    <w:p w14:paraId="1CC6A015" w14:textId="77777777" w:rsidR="00CA279C" w:rsidRDefault="00000000">
      <w:pPr>
        <w:spacing w:after="80"/>
      </w:pPr>
      <w:r>
        <w:rPr>
          <w:b/>
        </w:rPr>
        <w:t xml:space="preserve">Telefon: </w:t>
      </w:r>
      <w:r>
        <w:t>______________________________________________________________</w:t>
      </w:r>
    </w:p>
    <w:p w14:paraId="0AF7F98F" w14:textId="77777777" w:rsidR="00CA279C" w:rsidRDefault="00000000">
      <w:pPr>
        <w:spacing w:after="80"/>
      </w:pPr>
      <w:r>
        <w:rPr>
          <w:b/>
        </w:rPr>
        <w:t xml:space="preserve">E-mail: </w:t>
      </w:r>
      <w:r>
        <w:t>______________________________________________________________</w:t>
      </w:r>
    </w:p>
    <w:p w14:paraId="662D91B4" w14:textId="77777777" w:rsidR="00CA279C" w:rsidRDefault="00000000">
      <w:pPr>
        <w:spacing w:after="80"/>
      </w:pPr>
      <w:r>
        <w:rPr>
          <w:b/>
        </w:rPr>
        <w:t xml:space="preserve">Dane do faktury (jeśli dotyczy): </w:t>
      </w:r>
      <w:r>
        <w:t>______________________________________________________________</w:t>
      </w:r>
    </w:p>
    <w:p w14:paraId="7D3B8D6A" w14:textId="77777777" w:rsidR="00CA279C" w:rsidRDefault="00000000">
      <w:pPr>
        <w:spacing w:after="80"/>
      </w:pPr>
      <w:r>
        <w:rPr>
          <w:b/>
        </w:rPr>
        <w:t xml:space="preserve">NIP: </w:t>
      </w:r>
      <w:r>
        <w:t>______________________________________________________________</w:t>
      </w:r>
    </w:p>
    <w:p w14:paraId="70AD1257" w14:textId="77777777" w:rsidR="00CA279C" w:rsidRDefault="00000000">
      <w:pPr>
        <w:spacing w:before="100" w:after="80"/>
      </w:pPr>
      <w:r>
        <w:rPr>
          <w:b/>
          <w:sz w:val="22"/>
        </w:rPr>
        <w:t>2. Termin pobytu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2438"/>
      </w:tblGrid>
      <w:tr w:rsidR="00CA279C" w14:paraId="105157E1" w14:textId="77777777">
        <w:trPr>
          <w:jc w:val="center"/>
        </w:trPr>
        <w:tc>
          <w:tcPr>
            <w:tcW w:w="2438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A5971B" w14:textId="77777777" w:rsidR="00CA279C" w:rsidRDefault="00000000">
            <w:r>
              <w:rPr>
                <w:b/>
              </w:rPr>
              <w:t>Przyjazd - data</w:t>
            </w: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A2B841" w14:textId="77777777" w:rsidR="00CA279C" w:rsidRDefault="00CA279C"/>
        </w:tc>
        <w:tc>
          <w:tcPr>
            <w:tcW w:w="2438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838076" w14:textId="77777777" w:rsidR="00CA279C" w:rsidRDefault="00000000">
            <w:r>
              <w:rPr>
                <w:b/>
              </w:rPr>
              <w:t>godz.</w:t>
            </w: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E4099B" w14:textId="77777777" w:rsidR="00CA279C" w:rsidRDefault="00CA279C"/>
        </w:tc>
      </w:tr>
      <w:tr w:rsidR="00CA279C" w14:paraId="252CF3C7" w14:textId="77777777">
        <w:trPr>
          <w:jc w:val="center"/>
        </w:trPr>
        <w:tc>
          <w:tcPr>
            <w:tcW w:w="2438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A4FAAD" w14:textId="77777777" w:rsidR="00CA279C" w:rsidRDefault="00000000">
            <w:r>
              <w:rPr>
                <w:b/>
              </w:rPr>
              <w:t>Wyjazd - data</w:t>
            </w: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319192" w14:textId="77777777" w:rsidR="00CA279C" w:rsidRDefault="00CA279C"/>
        </w:tc>
        <w:tc>
          <w:tcPr>
            <w:tcW w:w="2438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AA55E5" w14:textId="77777777" w:rsidR="00CA279C" w:rsidRDefault="00000000">
            <w:r>
              <w:rPr>
                <w:b/>
              </w:rPr>
              <w:t>godz.</w:t>
            </w: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AE1374" w14:textId="77777777" w:rsidR="00CA279C" w:rsidRDefault="00CA279C"/>
        </w:tc>
      </w:tr>
    </w:tbl>
    <w:p w14:paraId="4890DA55" w14:textId="77777777" w:rsidR="00CA279C" w:rsidRDefault="00CA279C">
      <w:pPr>
        <w:spacing w:after="20"/>
      </w:pPr>
    </w:p>
    <w:p w14:paraId="7814BBD4" w14:textId="5D8C439A" w:rsidR="00CA279C" w:rsidRDefault="00000000">
      <w:pPr>
        <w:spacing w:before="100" w:after="80"/>
      </w:pPr>
      <w:r>
        <w:rPr>
          <w:b/>
          <w:sz w:val="22"/>
        </w:rPr>
        <w:t xml:space="preserve">3. </w:t>
      </w:r>
      <w:proofErr w:type="spellStart"/>
      <w:r>
        <w:rPr>
          <w:b/>
          <w:sz w:val="22"/>
        </w:rPr>
        <w:t>Uczestnicy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zakwaterowanie</w:t>
      </w:r>
      <w:proofErr w:type="spellEnd"/>
      <w:r w:rsidR="00860D58">
        <w:rPr>
          <w:b/>
          <w:sz w:val="22"/>
        </w:rPr>
        <w:br/>
      </w:r>
    </w:p>
    <w:p w14:paraId="4E76A2C2" w14:textId="690A477B" w:rsidR="00CA279C" w:rsidRDefault="00000000">
      <w:pPr>
        <w:spacing w:after="80"/>
      </w:pPr>
      <w:proofErr w:type="spellStart"/>
      <w:r>
        <w:rPr>
          <w:b/>
        </w:rPr>
        <w:t>Przewidywana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liczba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uczestników</w:t>
      </w:r>
      <w:proofErr w:type="spellEnd"/>
      <w:r>
        <w:rPr>
          <w:b/>
        </w:rPr>
        <w:t xml:space="preserve">: </w:t>
      </w:r>
      <w:r>
        <w:t>______________________________________________________________</w:t>
      </w:r>
      <w:r w:rsidR="00860D58">
        <w:br/>
      </w:r>
    </w:p>
    <w:p w14:paraId="384ED84D" w14:textId="77777777" w:rsidR="00CA279C" w:rsidRDefault="00000000">
      <w:pPr>
        <w:spacing w:after="80"/>
      </w:pPr>
      <w:r>
        <w:rPr>
          <w:b/>
        </w:rPr>
        <w:t xml:space="preserve">Ostateczna liczba uczestników (potwierdzana 10 dni przed przyjazdem): </w:t>
      </w:r>
      <w:r>
        <w:t>______________________________________________________________</w:t>
      </w:r>
    </w:p>
    <w:p w14:paraId="43CCC40F" w14:textId="4A652009" w:rsidR="00CA279C" w:rsidRDefault="00000000">
      <w:pPr>
        <w:spacing w:after="60"/>
      </w:pPr>
      <w:proofErr w:type="spellStart"/>
      <w:r>
        <w:rPr>
          <w:b/>
        </w:rPr>
        <w:t>Zapotrzebowanie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pokoje</w:t>
      </w:r>
      <w:proofErr w:type="spellEnd"/>
      <w:r>
        <w:rPr>
          <w:b/>
        </w:rPr>
        <w:t>:</w:t>
      </w:r>
      <w:r w:rsidR="00860D58">
        <w:rPr>
          <w:b/>
        </w:rPr>
        <w:br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604"/>
        <w:gridCol w:w="2604"/>
        <w:gridCol w:w="2604"/>
        <w:gridCol w:w="2604"/>
      </w:tblGrid>
      <w:tr w:rsidR="00CA279C" w14:paraId="242F5B3A" w14:textId="77777777">
        <w:trPr>
          <w:jc w:val="center"/>
        </w:trPr>
        <w:tc>
          <w:tcPr>
            <w:tcW w:w="2606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8A553C" w14:textId="77777777" w:rsidR="00CA279C" w:rsidRDefault="00000000">
            <w:r>
              <w:rPr>
                <w:b/>
              </w:rPr>
              <w:t>Rodzaj pokoju</w:t>
            </w:r>
          </w:p>
        </w:tc>
        <w:tc>
          <w:tcPr>
            <w:tcW w:w="2606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F493D8" w14:textId="77777777" w:rsidR="00CA279C" w:rsidRDefault="00000000">
            <w:r>
              <w:rPr>
                <w:b/>
              </w:rPr>
              <w:t>Liczba pokoi</w:t>
            </w:r>
          </w:p>
        </w:tc>
        <w:tc>
          <w:tcPr>
            <w:tcW w:w="2606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D8B664" w14:textId="77777777" w:rsidR="00CA279C" w:rsidRDefault="00000000">
            <w:r>
              <w:rPr>
                <w:b/>
              </w:rPr>
              <w:t>Liczba osób</w:t>
            </w:r>
          </w:p>
        </w:tc>
        <w:tc>
          <w:tcPr>
            <w:tcW w:w="2606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D9C38B" w14:textId="77777777" w:rsidR="00CA279C" w:rsidRDefault="00000000">
            <w:r>
              <w:rPr>
                <w:b/>
              </w:rPr>
              <w:t>Uwagi</w:t>
            </w:r>
          </w:p>
        </w:tc>
      </w:tr>
      <w:tr w:rsidR="00CA279C" w14:paraId="493AAC34" w14:textId="77777777">
        <w:trPr>
          <w:jc w:val="center"/>
        </w:trPr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CB8E98" w14:textId="77777777" w:rsidR="00CA279C" w:rsidRDefault="00000000">
            <w:r>
              <w:t>1-osobowy</w:t>
            </w:r>
          </w:p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2A44D8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9FF453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26CF689" w14:textId="77777777" w:rsidR="00CA279C" w:rsidRDefault="00CA279C"/>
        </w:tc>
      </w:tr>
      <w:tr w:rsidR="00CA279C" w14:paraId="42950B71" w14:textId="77777777">
        <w:trPr>
          <w:jc w:val="center"/>
        </w:trPr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ED16D6" w14:textId="77777777" w:rsidR="00CA279C" w:rsidRDefault="00000000">
            <w:r>
              <w:t>2-osobowy</w:t>
            </w:r>
          </w:p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9208AE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63B549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2E5C3B" w14:textId="77777777" w:rsidR="00CA279C" w:rsidRDefault="00CA279C"/>
        </w:tc>
      </w:tr>
      <w:tr w:rsidR="00CA279C" w14:paraId="4DAFAD1E" w14:textId="77777777">
        <w:trPr>
          <w:jc w:val="center"/>
        </w:trPr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E4B6E1" w14:textId="77777777" w:rsidR="00CA279C" w:rsidRDefault="00000000">
            <w:r>
              <w:t>3-osobowy</w:t>
            </w:r>
          </w:p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48C4DB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B4EDC8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1304E6" w14:textId="77777777" w:rsidR="00CA279C" w:rsidRDefault="00CA279C"/>
        </w:tc>
      </w:tr>
      <w:tr w:rsidR="00CA279C" w14:paraId="0C4531E6" w14:textId="77777777">
        <w:trPr>
          <w:jc w:val="center"/>
        </w:trPr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912F43" w14:textId="248AD7C2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CF1599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7C7CE0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8CF859A" w14:textId="77777777" w:rsidR="00CA279C" w:rsidRDefault="00CA279C"/>
        </w:tc>
      </w:tr>
      <w:tr w:rsidR="00CA279C" w14:paraId="247BBD2E" w14:textId="77777777">
        <w:trPr>
          <w:jc w:val="center"/>
        </w:trPr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5980CEF" w14:textId="77777777" w:rsidR="00CA279C" w:rsidRDefault="00000000">
            <w:r>
              <w:t>Inny / szczególne potrzeby</w:t>
            </w:r>
          </w:p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35187F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F99AA7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2AEBC55" w14:textId="77777777" w:rsidR="00CA279C" w:rsidRDefault="00CA279C"/>
        </w:tc>
      </w:tr>
    </w:tbl>
    <w:p w14:paraId="3A155F4F" w14:textId="77777777" w:rsidR="00CA279C" w:rsidRDefault="00000000">
      <w:pPr>
        <w:spacing w:before="100" w:after="80"/>
      </w:pPr>
      <w:r>
        <w:rPr>
          <w:b/>
          <w:sz w:val="22"/>
        </w:rPr>
        <w:t>4. Wyżywienie</w:t>
      </w:r>
    </w:p>
    <w:p w14:paraId="60F62C1E" w14:textId="77777777" w:rsidR="00CA279C" w:rsidRDefault="00000000">
      <w:pPr>
        <w:spacing w:after="60"/>
      </w:pPr>
      <w:r>
        <w:t>Proszę zaznaczyć zamawiane posiłki i podać liczbę osób: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604"/>
        <w:gridCol w:w="2604"/>
        <w:gridCol w:w="2604"/>
        <w:gridCol w:w="2604"/>
      </w:tblGrid>
      <w:tr w:rsidR="00CA279C" w14:paraId="01632407" w14:textId="77777777">
        <w:trPr>
          <w:jc w:val="center"/>
        </w:trPr>
        <w:tc>
          <w:tcPr>
            <w:tcW w:w="2606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F07739B" w14:textId="77777777" w:rsidR="00CA279C" w:rsidRDefault="00000000">
            <w:r>
              <w:rPr>
                <w:b/>
              </w:rPr>
              <w:t>Posiłek</w:t>
            </w:r>
          </w:p>
        </w:tc>
        <w:tc>
          <w:tcPr>
            <w:tcW w:w="2606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EAF30D" w14:textId="77777777" w:rsidR="00CA279C" w:rsidRDefault="00000000">
            <w:r>
              <w:rPr>
                <w:b/>
              </w:rPr>
              <w:t>Cena / os.</w:t>
            </w:r>
          </w:p>
        </w:tc>
        <w:tc>
          <w:tcPr>
            <w:tcW w:w="2606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7B0939" w14:textId="77777777" w:rsidR="00CA279C" w:rsidRDefault="00000000">
            <w:r>
              <w:rPr>
                <w:b/>
              </w:rPr>
              <w:t>Liczba osób</w:t>
            </w:r>
          </w:p>
        </w:tc>
        <w:tc>
          <w:tcPr>
            <w:tcW w:w="2606" w:type="dxa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1D9ED4" w14:textId="77777777" w:rsidR="00CA279C" w:rsidRDefault="00000000">
            <w:r>
              <w:rPr>
                <w:b/>
              </w:rPr>
              <w:t>Uwagi / godzina</w:t>
            </w:r>
          </w:p>
        </w:tc>
      </w:tr>
      <w:tr w:rsidR="00CA279C" w14:paraId="5A552178" w14:textId="77777777">
        <w:trPr>
          <w:jc w:val="center"/>
        </w:trPr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369E181" w14:textId="77777777" w:rsidR="00CA279C" w:rsidRDefault="00000000">
            <w:r>
              <w:t>☐ Śniadanie</w:t>
            </w:r>
          </w:p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FFCFE37" w14:textId="77777777" w:rsidR="00CA279C" w:rsidRDefault="00000000">
            <w:r>
              <w:t>40 zł</w:t>
            </w:r>
          </w:p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B13595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4617868" w14:textId="77777777" w:rsidR="00CA279C" w:rsidRDefault="00CA279C"/>
        </w:tc>
      </w:tr>
      <w:tr w:rsidR="00CA279C" w14:paraId="0E91D1CD" w14:textId="77777777">
        <w:trPr>
          <w:jc w:val="center"/>
        </w:trPr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EF1E3D2" w14:textId="77777777" w:rsidR="00CA279C" w:rsidRDefault="00000000">
            <w:r>
              <w:t>☐ Obiad</w:t>
            </w:r>
          </w:p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BD9FFD" w14:textId="77777777" w:rsidR="00CA279C" w:rsidRDefault="00000000">
            <w:r>
              <w:t>55 zł</w:t>
            </w:r>
          </w:p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AFAFA9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F2BEE3" w14:textId="77777777" w:rsidR="00CA279C" w:rsidRDefault="00CA279C"/>
        </w:tc>
      </w:tr>
      <w:tr w:rsidR="00CA279C" w14:paraId="1E71EB33" w14:textId="77777777">
        <w:trPr>
          <w:jc w:val="center"/>
        </w:trPr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2A55F4" w14:textId="77777777" w:rsidR="00CA279C" w:rsidRDefault="00000000">
            <w:r>
              <w:t>☐ Kolacja</w:t>
            </w:r>
          </w:p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230391F" w14:textId="77777777" w:rsidR="00CA279C" w:rsidRDefault="00000000">
            <w:r>
              <w:t>40 zł</w:t>
            </w:r>
          </w:p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0C3F0A" w14:textId="77777777" w:rsidR="00CA279C" w:rsidRDefault="00CA279C"/>
        </w:tc>
        <w:tc>
          <w:tcPr>
            <w:tcW w:w="26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3DB484F" w14:textId="77777777" w:rsidR="00CA279C" w:rsidRDefault="00CA279C"/>
        </w:tc>
      </w:tr>
    </w:tbl>
    <w:p w14:paraId="1358B79B" w14:textId="77777777" w:rsidR="00CA279C" w:rsidRDefault="00000000">
      <w:pPr>
        <w:spacing w:after="80"/>
      </w:pPr>
      <w:r>
        <w:rPr>
          <w:b/>
        </w:rPr>
        <w:t xml:space="preserve">Diety / alergie / szczególne potrzeby żywieniowe: </w:t>
      </w:r>
      <w:r>
        <w:t>____________________________________________</w:t>
      </w:r>
    </w:p>
    <w:p w14:paraId="4D887200" w14:textId="77777777" w:rsidR="00CA279C" w:rsidRDefault="00000000">
      <w:r>
        <w:t>________________________________________________________________________________</w:t>
      </w:r>
    </w:p>
    <w:p w14:paraId="068A48CA" w14:textId="77777777" w:rsidR="00CA279C" w:rsidRDefault="00000000">
      <w:r>
        <w:t>________________________________________________________________________________</w:t>
      </w:r>
    </w:p>
    <w:p w14:paraId="4B09D877" w14:textId="77777777" w:rsidR="00CA279C" w:rsidRDefault="00000000">
      <w:pPr>
        <w:spacing w:before="100" w:after="80"/>
      </w:pPr>
      <w:r>
        <w:rPr>
          <w:b/>
          <w:sz w:val="22"/>
        </w:rPr>
        <w:lastRenderedPageBreak/>
        <w:t>5. Sale konferencyjne / przestrzenie wspólne</w:t>
      </w:r>
    </w:p>
    <w:p w14:paraId="53C2342F" w14:textId="77777777" w:rsidR="00CA279C" w:rsidRDefault="00000000">
      <w:r>
        <w:rPr>
          <w:b/>
        </w:rPr>
        <w:t>Potrzebne sale (zaznaczyć):</w:t>
      </w:r>
    </w:p>
    <w:p w14:paraId="5C58CF95" w14:textId="77777777" w:rsidR="00CA279C" w:rsidRDefault="00000000">
      <w:pPr>
        <w:spacing w:after="60"/>
      </w:pPr>
      <w:r>
        <w:t>☐ 1 sala   ☐ 2 sale   ☐ 3 sale</w:t>
      </w:r>
    </w:p>
    <w:p w14:paraId="56205F2B" w14:textId="77777777" w:rsidR="00CA279C" w:rsidRDefault="00000000">
      <w:pPr>
        <w:spacing w:after="60"/>
      </w:pPr>
      <w:r>
        <w:t>Preferowana sala / układ: _________________________________________________</w:t>
      </w:r>
    </w:p>
    <w:p w14:paraId="32EFDEDF" w14:textId="34EDB966" w:rsidR="00CA279C" w:rsidRDefault="00000000">
      <w:pPr>
        <w:spacing w:after="60"/>
      </w:pPr>
      <w:r>
        <w:t xml:space="preserve">Godziny </w:t>
      </w:r>
      <w:proofErr w:type="spellStart"/>
      <w:r>
        <w:t>korzystania</w:t>
      </w:r>
      <w:proofErr w:type="spellEnd"/>
      <w:r>
        <w:t xml:space="preserve"> z </w:t>
      </w:r>
      <w:proofErr w:type="spellStart"/>
      <w:r>
        <w:t>sali</w:t>
      </w:r>
      <w:proofErr w:type="spellEnd"/>
      <w:r>
        <w:t>: ________________________________________________</w:t>
      </w:r>
      <w:r w:rsidR="00860D58">
        <w:br/>
      </w:r>
    </w:p>
    <w:p w14:paraId="3745DA38" w14:textId="1EEE5A5E" w:rsidR="00CA279C" w:rsidRDefault="00000000">
      <w:pPr>
        <w:spacing w:after="80"/>
      </w:pPr>
      <w:r>
        <w:rPr>
          <w:b/>
        </w:rPr>
        <w:t xml:space="preserve">Potrzebne wyposażenie (np. projektor, mikrofon, flipchart): </w:t>
      </w:r>
    </w:p>
    <w:p w14:paraId="0DD15B95" w14:textId="77777777" w:rsidR="00CA279C" w:rsidRDefault="00000000">
      <w:r>
        <w:t>________________________________________________________________________________</w:t>
      </w:r>
    </w:p>
    <w:p w14:paraId="33B31050" w14:textId="77777777" w:rsidR="00CA279C" w:rsidRDefault="00000000">
      <w:r>
        <w:t>________________________________________________________________________________</w:t>
      </w:r>
    </w:p>
    <w:p w14:paraId="778594D7" w14:textId="77777777" w:rsidR="00CA279C" w:rsidRDefault="00000000">
      <w:pPr>
        <w:spacing w:before="100" w:after="80"/>
      </w:pPr>
      <w:r>
        <w:rPr>
          <w:b/>
          <w:sz w:val="22"/>
        </w:rPr>
        <w:t>6. Dodatkowe potrzeby organizacyjne</w:t>
      </w:r>
    </w:p>
    <w:p w14:paraId="5AABFCC2" w14:textId="77777777" w:rsidR="00CA279C" w:rsidRDefault="00000000">
      <w:r>
        <w:rPr>
          <w:b/>
        </w:rPr>
        <w:t>Osoby z ograniczoną mobilnością / potrzeby dostępności:</w:t>
      </w:r>
    </w:p>
    <w:p w14:paraId="130C73AC" w14:textId="77777777" w:rsidR="00CA279C" w:rsidRDefault="00000000">
      <w:r>
        <w:t>________________________________________________________________________________</w:t>
      </w:r>
    </w:p>
    <w:p w14:paraId="5FBE551D" w14:textId="77777777" w:rsidR="00CA279C" w:rsidRDefault="00000000">
      <w:r>
        <w:t>________________________________________________________________________________</w:t>
      </w:r>
    </w:p>
    <w:p w14:paraId="23D42C41" w14:textId="77777777" w:rsidR="00CA279C" w:rsidRDefault="00000000">
      <w:r>
        <w:rPr>
          <w:b/>
        </w:rPr>
        <w:t>Dodatkowe pomieszczenia / kaplica / inne potrzeby:</w:t>
      </w:r>
    </w:p>
    <w:p w14:paraId="1DB2709D" w14:textId="77777777" w:rsidR="00CA279C" w:rsidRDefault="00000000">
      <w:r>
        <w:t>________________________________________________________________________________</w:t>
      </w:r>
    </w:p>
    <w:p w14:paraId="6196F6F3" w14:textId="77777777" w:rsidR="00CA279C" w:rsidRDefault="00000000">
      <w:r>
        <w:t>________________________________________________________________________________</w:t>
      </w:r>
    </w:p>
    <w:p w14:paraId="778C9FCA" w14:textId="77777777" w:rsidR="00CA279C" w:rsidRDefault="00000000">
      <w:r>
        <w:rPr>
          <w:b/>
        </w:rPr>
        <w:t>Uwagi dotyczące programu pobytu:</w:t>
      </w:r>
    </w:p>
    <w:p w14:paraId="68DB0E94" w14:textId="77777777" w:rsidR="00CA279C" w:rsidRDefault="00000000">
      <w:r>
        <w:t>________________________________________________________________________________</w:t>
      </w:r>
    </w:p>
    <w:p w14:paraId="36CB29E5" w14:textId="77777777" w:rsidR="00CA279C" w:rsidRDefault="00000000">
      <w:r>
        <w:t>________________________________________________________________________________</w:t>
      </w:r>
    </w:p>
    <w:p w14:paraId="2B12FFC6" w14:textId="390D9999" w:rsidR="00CA279C" w:rsidRDefault="00000000">
      <w:pPr>
        <w:spacing w:before="100" w:after="80"/>
      </w:pPr>
      <w:r>
        <w:rPr>
          <w:b/>
          <w:sz w:val="22"/>
        </w:rPr>
        <w:t xml:space="preserve">7. </w:t>
      </w:r>
      <w:proofErr w:type="spellStart"/>
      <w:r>
        <w:rPr>
          <w:b/>
          <w:sz w:val="22"/>
        </w:rPr>
        <w:t>Zaliczka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potwierdzenie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rezerwacji</w:t>
      </w:r>
      <w:proofErr w:type="spellEnd"/>
      <w:r w:rsidR="00860D58">
        <w:rPr>
          <w:b/>
          <w:sz w:val="22"/>
        </w:rPr>
        <w:br/>
      </w:r>
    </w:p>
    <w:p w14:paraId="12EB10A5" w14:textId="59CA4711" w:rsidR="00CA279C" w:rsidRDefault="00000000">
      <w:r>
        <w:rPr>
          <w:b/>
        </w:rPr>
        <w:t xml:space="preserve">Warunkiem potwierdzenia rezerwacji jest wpłata zaliczki w wysokości 25% przewidywanego kosztu noclegów. </w:t>
      </w:r>
      <w:r>
        <w:t xml:space="preserve">Zaliczka zostaje zaliczona na </w:t>
      </w:r>
      <w:proofErr w:type="spellStart"/>
      <w:r>
        <w:t>poczet</w:t>
      </w:r>
      <w:proofErr w:type="spellEnd"/>
      <w:r>
        <w:t xml:space="preserve"> </w:t>
      </w:r>
      <w:proofErr w:type="spellStart"/>
      <w:r>
        <w:t>końcowego</w:t>
      </w:r>
      <w:proofErr w:type="spellEnd"/>
      <w:r>
        <w:t xml:space="preserve"> </w:t>
      </w:r>
      <w:proofErr w:type="spellStart"/>
      <w:r>
        <w:t>rozliczenia</w:t>
      </w:r>
      <w:proofErr w:type="spellEnd"/>
      <w:r>
        <w:t xml:space="preserve"> </w:t>
      </w:r>
      <w:proofErr w:type="spellStart"/>
      <w:r>
        <w:t>pobytu</w:t>
      </w:r>
      <w:proofErr w:type="spellEnd"/>
      <w:r>
        <w:t>.</w:t>
      </w:r>
      <w:r w:rsidR="00860D58">
        <w:br/>
      </w:r>
    </w:p>
    <w:p w14:paraId="5EEA48E1" w14:textId="77777777" w:rsidR="00CA279C" w:rsidRDefault="00000000">
      <w:pPr>
        <w:spacing w:after="80"/>
      </w:pPr>
      <w:r>
        <w:rPr>
          <w:b/>
        </w:rPr>
        <w:t xml:space="preserve">Przewidywana wartość noclegów: </w:t>
      </w:r>
      <w:r>
        <w:t>______________________________________________________________</w:t>
      </w:r>
    </w:p>
    <w:p w14:paraId="5CFACFC1" w14:textId="77777777" w:rsidR="00CA279C" w:rsidRDefault="00000000">
      <w:pPr>
        <w:spacing w:after="80"/>
      </w:pPr>
      <w:r>
        <w:rPr>
          <w:b/>
        </w:rPr>
        <w:t xml:space="preserve">Kwota zaliczki 25%: </w:t>
      </w:r>
      <w:r>
        <w:t>______________________________________________________________</w:t>
      </w:r>
    </w:p>
    <w:p w14:paraId="1D010E29" w14:textId="401531C4" w:rsidR="00CA279C" w:rsidRDefault="00000000">
      <w:pPr>
        <w:spacing w:after="80"/>
      </w:pPr>
      <w:r>
        <w:rPr>
          <w:b/>
        </w:rPr>
        <w:t xml:space="preserve">Termin </w:t>
      </w:r>
      <w:proofErr w:type="spellStart"/>
      <w:r>
        <w:rPr>
          <w:b/>
        </w:rPr>
        <w:t>wpłaty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zaliczki</w:t>
      </w:r>
      <w:proofErr w:type="spellEnd"/>
      <w:r>
        <w:rPr>
          <w:b/>
        </w:rPr>
        <w:t xml:space="preserve">: </w:t>
      </w:r>
      <w:r>
        <w:t>______________________________________________________________</w:t>
      </w:r>
      <w:r w:rsidR="00860D58">
        <w:br/>
      </w:r>
    </w:p>
    <w:p w14:paraId="4C88F5B6" w14:textId="77777777" w:rsidR="00CA279C" w:rsidRDefault="00000000">
      <w:pPr>
        <w:spacing w:before="100" w:after="80"/>
      </w:pPr>
      <w:r>
        <w:rPr>
          <w:b/>
          <w:sz w:val="22"/>
        </w:rPr>
        <w:t>8. Ostateczne potwierdzenie - 10 dni przed przyjazdem</w:t>
      </w:r>
    </w:p>
    <w:p w14:paraId="3D473783" w14:textId="77777777" w:rsidR="00CA279C" w:rsidRDefault="00000000">
      <w:pPr>
        <w:spacing w:after="40"/>
      </w:pPr>
      <w:r>
        <w:t>Organizator zobowiązuje się najpóźniej 10 dni przed rozpoczęciem pobytu przekazać ostateczne informacje dotyczące:</w:t>
      </w:r>
    </w:p>
    <w:p w14:paraId="702961BF" w14:textId="77777777" w:rsidR="00CA279C" w:rsidRDefault="00000000">
      <w:pPr>
        <w:pStyle w:val="Listapunktowana"/>
      </w:pPr>
      <w:r>
        <w:t>liczby uczestników i zajmowanych pokoi,</w:t>
      </w:r>
    </w:p>
    <w:p w14:paraId="7E97CF53" w14:textId="77777777" w:rsidR="00CA279C" w:rsidRDefault="00000000">
      <w:pPr>
        <w:pStyle w:val="Listapunktowana"/>
      </w:pPr>
      <w:r>
        <w:t>liczby i rodzaju zamawianych posiłków,</w:t>
      </w:r>
    </w:p>
    <w:p w14:paraId="20F99592" w14:textId="77777777" w:rsidR="00CA279C" w:rsidRDefault="00000000">
      <w:pPr>
        <w:pStyle w:val="Listapunktowana"/>
      </w:pPr>
      <w:r>
        <w:t>diet, alergii i szczególnych potrzeb żywieniowych,</w:t>
      </w:r>
    </w:p>
    <w:p w14:paraId="21EBC39A" w14:textId="40641FEC" w:rsidR="00CA279C" w:rsidRDefault="00000000">
      <w:pPr>
        <w:pStyle w:val="Listapunktowana"/>
      </w:pPr>
      <w:r>
        <w:t xml:space="preserve">sal konferencyjnych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zamówionych</w:t>
      </w:r>
      <w:proofErr w:type="spellEnd"/>
      <w:r>
        <w:t xml:space="preserve"> </w:t>
      </w:r>
      <w:proofErr w:type="spellStart"/>
      <w:r>
        <w:t>świadczeń</w:t>
      </w:r>
      <w:proofErr w:type="spellEnd"/>
      <w:r>
        <w:t>.</w:t>
      </w:r>
      <w:r w:rsidR="00860D58">
        <w:br/>
      </w:r>
      <w:r w:rsidR="00860D58">
        <w:br/>
      </w:r>
    </w:p>
    <w:p w14:paraId="6CBBC24F" w14:textId="5C2972B4" w:rsidR="00CA279C" w:rsidRDefault="00000000">
      <w:pPr>
        <w:spacing w:before="100" w:after="80"/>
      </w:pPr>
      <w:r>
        <w:rPr>
          <w:b/>
          <w:sz w:val="22"/>
        </w:rPr>
        <w:lastRenderedPageBreak/>
        <w:t xml:space="preserve">9. </w:t>
      </w:r>
      <w:proofErr w:type="spellStart"/>
      <w:r>
        <w:rPr>
          <w:b/>
          <w:sz w:val="22"/>
        </w:rPr>
        <w:t>Anulowanie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rozliczenie</w:t>
      </w:r>
      <w:proofErr w:type="spellEnd"/>
      <w:r w:rsidR="00860D58">
        <w:rPr>
          <w:b/>
          <w:sz w:val="22"/>
        </w:rPr>
        <w:br/>
      </w:r>
    </w:p>
    <w:p w14:paraId="7A1A48F5" w14:textId="77777777" w:rsidR="00CA279C" w:rsidRDefault="00000000">
      <w:r>
        <w:rPr>
          <w:b/>
        </w:rPr>
        <w:t>Przy anulowaniu pobytu na 10 dni lub mniej przed przyjazdem organizator zobowiązany jest do zapłaty 100% wartości ostatecznie potwierdzonych noclegów, posiłków, sal konferencyjnych oraz pozostałych zamówionych świadczeń, pomniejszonej o wpłaconą zaliczkę.</w:t>
      </w:r>
    </w:p>
    <w:p w14:paraId="5D6DCD5F" w14:textId="77777777" w:rsidR="00CA279C" w:rsidRDefault="00000000">
      <w:r>
        <w:t>Po upływie terminu 10 dni przed przyjazdem późniejsze zmniejszenie liczby uczestników lub zamówionych świadczeń nie powoduje automatycznego obniżenia należności.</w:t>
      </w:r>
    </w:p>
    <w:p w14:paraId="586CA4C7" w14:textId="77777777" w:rsidR="00CA279C" w:rsidRDefault="00000000">
      <w:pPr>
        <w:spacing w:before="100" w:after="80"/>
      </w:pPr>
      <w:r>
        <w:rPr>
          <w:b/>
          <w:sz w:val="22"/>
        </w:rPr>
        <w:t>10. Oświadczenie organizatora</w:t>
      </w:r>
    </w:p>
    <w:p w14:paraId="5AFA5C61" w14:textId="77777777" w:rsidR="00CA279C" w:rsidRDefault="00000000">
      <w:r>
        <w:t>Potwierdzam prawdziwość powyższych danych oraz akceptuję zasady rezerwacji i rozliczenia pobytów grupowych w Centrum Dobry Zakątek.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CA279C" w14:paraId="6E9328B4" w14:textId="77777777">
        <w:trPr>
          <w:jc w:val="center"/>
        </w:trPr>
        <w:tc>
          <w:tcPr>
            <w:tcW w:w="521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B6D944" w14:textId="690D4720" w:rsidR="00CA279C" w:rsidRDefault="00000000">
            <w:r>
              <w:br/>
              <w:t>__________________________</w:t>
            </w:r>
            <w:r w:rsidR="00860D58">
              <w:t>___________</w:t>
            </w:r>
            <w:r>
              <w:t>_____</w:t>
            </w:r>
          </w:p>
        </w:tc>
        <w:tc>
          <w:tcPr>
            <w:tcW w:w="521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B9F259" w14:textId="0685EC95" w:rsidR="00CA279C" w:rsidRDefault="00000000">
            <w:r>
              <w:br/>
              <w:t>_____________</w:t>
            </w:r>
            <w:r w:rsidR="00860D58">
              <w:t>___________________</w:t>
            </w:r>
            <w:r>
              <w:t>__________________</w:t>
            </w:r>
          </w:p>
        </w:tc>
      </w:tr>
      <w:tr w:rsidR="00CA279C" w14:paraId="7BE12F8E" w14:textId="77777777">
        <w:trPr>
          <w:jc w:val="center"/>
        </w:trPr>
        <w:tc>
          <w:tcPr>
            <w:tcW w:w="521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8D82A5" w14:textId="77777777" w:rsidR="00CA279C" w:rsidRDefault="00000000">
            <w:pPr>
              <w:jc w:val="center"/>
            </w:pPr>
            <w:r>
              <w:t>Miejscowość i data</w:t>
            </w:r>
          </w:p>
        </w:tc>
        <w:tc>
          <w:tcPr>
            <w:tcW w:w="521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D9B428" w14:textId="77777777" w:rsidR="00CA279C" w:rsidRDefault="00000000">
            <w:pPr>
              <w:jc w:val="center"/>
            </w:pPr>
            <w:r>
              <w:t>Podpis organizatora</w:t>
            </w:r>
          </w:p>
        </w:tc>
      </w:tr>
    </w:tbl>
    <w:p w14:paraId="08EA504D" w14:textId="3A6A2FF7" w:rsidR="00CA279C" w:rsidRDefault="00860D58">
      <w:pPr>
        <w:spacing w:before="100" w:after="80"/>
      </w:pPr>
      <w:r>
        <w:rPr>
          <w:b/>
          <w:sz w:val="22"/>
        </w:rPr>
        <w:br/>
      </w:r>
      <w:r>
        <w:rPr>
          <w:b/>
          <w:sz w:val="22"/>
        </w:rPr>
        <w:br/>
      </w:r>
      <w:r w:rsidR="00000000">
        <w:rPr>
          <w:b/>
          <w:sz w:val="22"/>
        </w:rPr>
        <w:t xml:space="preserve">Do </w:t>
      </w:r>
      <w:proofErr w:type="spellStart"/>
      <w:r w:rsidR="00000000">
        <w:rPr>
          <w:b/>
          <w:sz w:val="22"/>
        </w:rPr>
        <w:t>wypełnienia</w:t>
      </w:r>
      <w:proofErr w:type="spellEnd"/>
      <w:r w:rsidR="00000000">
        <w:rPr>
          <w:b/>
          <w:sz w:val="22"/>
        </w:rPr>
        <w:t xml:space="preserve"> </w:t>
      </w:r>
      <w:proofErr w:type="spellStart"/>
      <w:r w:rsidR="00000000">
        <w:rPr>
          <w:b/>
          <w:sz w:val="22"/>
        </w:rPr>
        <w:t>przez</w:t>
      </w:r>
      <w:proofErr w:type="spellEnd"/>
      <w:r w:rsidR="00000000">
        <w:rPr>
          <w:b/>
          <w:sz w:val="22"/>
        </w:rPr>
        <w:t xml:space="preserve"> Dobry </w:t>
      </w:r>
      <w:proofErr w:type="spellStart"/>
      <w:r w:rsidR="00000000">
        <w:rPr>
          <w:b/>
          <w:sz w:val="22"/>
        </w:rPr>
        <w:t>Zakątek</w:t>
      </w:r>
      <w:proofErr w:type="spellEnd"/>
      <w:r>
        <w:rPr>
          <w:b/>
          <w:sz w:val="22"/>
        </w:rPr>
        <w:br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09"/>
        <w:gridCol w:w="5207"/>
      </w:tblGrid>
      <w:tr w:rsidR="00CA279C" w14:paraId="06B75F0D" w14:textId="77777777">
        <w:trPr>
          <w:jc w:val="center"/>
        </w:trPr>
        <w:tc>
          <w:tcPr>
            <w:tcW w:w="5213" w:type="dxa"/>
            <w:shd w:val="clear" w:color="auto" w:fill="EDEDED"/>
            <w:tcMar>
              <w:top w:w="110" w:type="dxa"/>
              <w:left w:w="70" w:type="dxa"/>
              <w:bottom w:w="110" w:type="dxa"/>
              <w:right w:w="70" w:type="dxa"/>
            </w:tcMar>
          </w:tcPr>
          <w:p w14:paraId="20175B3D" w14:textId="77777777" w:rsidR="00CA279C" w:rsidRDefault="00000000">
            <w:r>
              <w:rPr>
                <w:b/>
              </w:rPr>
              <w:t>Rezerwacja przyjęta przez:</w:t>
            </w:r>
          </w:p>
        </w:tc>
        <w:tc>
          <w:tcPr>
            <w:tcW w:w="5213" w:type="dxa"/>
            <w:tcMar>
              <w:top w:w="110" w:type="dxa"/>
              <w:left w:w="70" w:type="dxa"/>
              <w:bottom w:w="110" w:type="dxa"/>
              <w:right w:w="70" w:type="dxa"/>
            </w:tcMar>
          </w:tcPr>
          <w:p w14:paraId="3B13EEA7" w14:textId="77777777" w:rsidR="00CA279C" w:rsidRDefault="00CA279C"/>
        </w:tc>
      </w:tr>
      <w:tr w:rsidR="00CA279C" w14:paraId="10793342" w14:textId="77777777">
        <w:trPr>
          <w:jc w:val="center"/>
        </w:trPr>
        <w:tc>
          <w:tcPr>
            <w:tcW w:w="5213" w:type="dxa"/>
            <w:shd w:val="clear" w:color="auto" w:fill="EDEDED"/>
            <w:tcMar>
              <w:top w:w="110" w:type="dxa"/>
              <w:left w:w="70" w:type="dxa"/>
              <w:bottom w:w="110" w:type="dxa"/>
              <w:right w:w="70" w:type="dxa"/>
            </w:tcMar>
          </w:tcPr>
          <w:p w14:paraId="43C63C28" w14:textId="77777777" w:rsidR="00CA279C" w:rsidRDefault="00000000">
            <w:r>
              <w:rPr>
                <w:b/>
              </w:rPr>
              <w:t>Data potwierdzenia:</w:t>
            </w:r>
          </w:p>
        </w:tc>
        <w:tc>
          <w:tcPr>
            <w:tcW w:w="5213" w:type="dxa"/>
            <w:tcMar>
              <w:top w:w="110" w:type="dxa"/>
              <w:left w:w="70" w:type="dxa"/>
              <w:bottom w:w="110" w:type="dxa"/>
              <w:right w:w="70" w:type="dxa"/>
            </w:tcMar>
          </w:tcPr>
          <w:p w14:paraId="26FE9A7B" w14:textId="77777777" w:rsidR="00CA279C" w:rsidRDefault="00CA279C"/>
        </w:tc>
      </w:tr>
      <w:tr w:rsidR="00CA279C" w14:paraId="22CBAC8D" w14:textId="77777777">
        <w:trPr>
          <w:jc w:val="center"/>
        </w:trPr>
        <w:tc>
          <w:tcPr>
            <w:tcW w:w="5213" w:type="dxa"/>
            <w:shd w:val="clear" w:color="auto" w:fill="EDEDED"/>
            <w:tcMar>
              <w:top w:w="110" w:type="dxa"/>
              <w:left w:w="70" w:type="dxa"/>
              <w:bottom w:w="110" w:type="dxa"/>
              <w:right w:w="70" w:type="dxa"/>
            </w:tcMar>
          </w:tcPr>
          <w:p w14:paraId="14B024E6" w14:textId="77777777" w:rsidR="00CA279C" w:rsidRDefault="00000000">
            <w:r>
              <w:rPr>
                <w:b/>
              </w:rPr>
              <w:t>Zaliczka otrzymana:</w:t>
            </w:r>
          </w:p>
        </w:tc>
        <w:tc>
          <w:tcPr>
            <w:tcW w:w="5213" w:type="dxa"/>
            <w:tcMar>
              <w:top w:w="110" w:type="dxa"/>
              <w:left w:w="70" w:type="dxa"/>
              <w:bottom w:w="110" w:type="dxa"/>
              <w:right w:w="70" w:type="dxa"/>
            </w:tcMar>
          </w:tcPr>
          <w:p w14:paraId="44844EB1" w14:textId="77777777" w:rsidR="00CA279C" w:rsidRDefault="00CA279C"/>
        </w:tc>
      </w:tr>
      <w:tr w:rsidR="00CA279C" w14:paraId="53F7D06C" w14:textId="77777777">
        <w:trPr>
          <w:jc w:val="center"/>
        </w:trPr>
        <w:tc>
          <w:tcPr>
            <w:tcW w:w="5213" w:type="dxa"/>
            <w:shd w:val="clear" w:color="auto" w:fill="EDEDED"/>
            <w:tcMar>
              <w:top w:w="110" w:type="dxa"/>
              <w:left w:w="70" w:type="dxa"/>
              <w:bottom w:w="110" w:type="dxa"/>
              <w:right w:w="70" w:type="dxa"/>
            </w:tcMar>
          </w:tcPr>
          <w:p w14:paraId="7AA7654D" w14:textId="77777777" w:rsidR="00CA279C" w:rsidRDefault="00000000">
            <w:r>
              <w:rPr>
                <w:b/>
              </w:rPr>
              <w:t>Uwagi / ustalenia:</w:t>
            </w:r>
          </w:p>
        </w:tc>
        <w:tc>
          <w:tcPr>
            <w:tcW w:w="5213" w:type="dxa"/>
            <w:tcMar>
              <w:top w:w="110" w:type="dxa"/>
              <w:left w:w="70" w:type="dxa"/>
              <w:bottom w:w="110" w:type="dxa"/>
              <w:right w:w="70" w:type="dxa"/>
            </w:tcMar>
          </w:tcPr>
          <w:p w14:paraId="02E63123" w14:textId="77777777" w:rsidR="00CA279C" w:rsidRDefault="00CA279C"/>
        </w:tc>
      </w:tr>
    </w:tbl>
    <w:p w14:paraId="6503AEBA" w14:textId="77777777" w:rsidR="00AE3EB5" w:rsidRDefault="00AE3EB5"/>
    <w:sectPr w:rsidR="00AE3EB5" w:rsidSect="00034616">
      <w:footerReference w:type="default" r:id="rId8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51F552" w14:textId="77777777" w:rsidR="00AE3EB5" w:rsidRDefault="00AE3EB5">
      <w:pPr>
        <w:spacing w:after="0" w:line="240" w:lineRule="auto"/>
      </w:pPr>
      <w:r>
        <w:separator/>
      </w:r>
    </w:p>
  </w:endnote>
  <w:endnote w:type="continuationSeparator" w:id="0">
    <w:p w14:paraId="55FF722C" w14:textId="77777777" w:rsidR="00AE3EB5" w:rsidRDefault="00AE3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817C17" w14:textId="26324E89" w:rsidR="00CA279C" w:rsidRDefault="00CA279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74B8D1" w14:textId="77777777" w:rsidR="00AE3EB5" w:rsidRDefault="00AE3EB5">
      <w:pPr>
        <w:spacing w:after="0" w:line="240" w:lineRule="auto"/>
      </w:pPr>
      <w:r>
        <w:separator/>
      </w:r>
    </w:p>
  </w:footnote>
  <w:footnote w:type="continuationSeparator" w:id="0">
    <w:p w14:paraId="26CBBD38" w14:textId="77777777" w:rsidR="00AE3EB5" w:rsidRDefault="00AE3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919822">
    <w:abstractNumId w:val="8"/>
  </w:num>
  <w:num w:numId="2" w16cid:durableId="1725643985">
    <w:abstractNumId w:val="6"/>
  </w:num>
  <w:num w:numId="3" w16cid:durableId="1742679412">
    <w:abstractNumId w:val="5"/>
  </w:num>
  <w:num w:numId="4" w16cid:durableId="79067907">
    <w:abstractNumId w:val="4"/>
  </w:num>
  <w:num w:numId="5" w16cid:durableId="6757209">
    <w:abstractNumId w:val="7"/>
  </w:num>
  <w:num w:numId="6" w16cid:durableId="852720557">
    <w:abstractNumId w:val="3"/>
  </w:num>
  <w:num w:numId="7" w16cid:durableId="1378315836">
    <w:abstractNumId w:val="2"/>
  </w:num>
  <w:num w:numId="8" w16cid:durableId="1669627661">
    <w:abstractNumId w:val="1"/>
  </w:num>
  <w:num w:numId="9" w16cid:durableId="13201108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60D58"/>
    <w:rsid w:val="00AA1D8D"/>
    <w:rsid w:val="00AE3EB5"/>
    <w:rsid w:val="00B47730"/>
    <w:rsid w:val="00CA279C"/>
    <w:rsid w:val="00CB0664"/>
    <w:rsid w:val="00FA3A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48681"/>
  <w14:defaultImageDpi w14:val="300"/>
  <w15:docId w15:val="{BF04FAAE-5F9F-4640-827F-59BDA5ACF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3987</Characters>
  <Application>Microsoft Office Word</Application>
  <DocSecurity>0</DocSecurity>
  <Lines>128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Maciej Jaszczołt</cp:lastModifiedBy>
  <cp:revision>2</cp:revision>
  <cp:lastPrinted>2026-09-25T19:08:00Z</cp:lastPrinted>
  <dcterms:created xsi:type="dcterms:W3CDTF">2026-09-25T19:08:00Z</dcterms:created>
  <dcterms:modified xsi:type="dcterms:W3CDTF">2026-09-25T19:08:00Z</dcterms:modified>
  <cp:category/>
</cp:coreProperties>
</file>