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DCD213" w14:textId="46A5121E" w:rsidR="001F0F4A" w:rsidRDefault="00000000">
      <w:pPr>
        <w:spacing w:after="20"/>
        <w:jc w:val="center"/>
        <w:rPr>
          <w:b/>
          <w:sz w:val="32"/>
        </w:rPr>
      </w:pPr>
      <w:r>
        <w:rPr>
          <w:b/>
          <w:sz w:val="32"/>
        </w:rPr>
        <w:t>C</w:t>
      </w:r>
      <w:r w:rsidR="006F5EEC">
        <w:rPr>
          <w:b/>
          <w:sz w:val="32"/>
        </w:rPr>
        <w:t>FAW “</w:t>
      </w:r>
      <w:r>
        <w:rPr>
          <w:b/>
          <w:sz w:val="32"/>
        </w:rPr>
        <w:t>DOBRY ZAKĄTEK</w:t>
      </w:r>
      <w:r w:rsidR="006F5EEC">
        <w:rPr>
          <w:b/>
          <w:sz w:val="32"/>
        </w:rPr>
        <w:t>”</w:t>
      </w:r>
    </w:p>
    <w:p w14:paraId="4942A91F" w14:textId="77777777" w:rsidR="006F5EEC" w:rsidRDefault="006F5EEC">
      <w:pPr>
        <w:spacing w:after="20"/>
        <w:jc w:val="center"/>
      </w:pPr>
    </w:p>
    <w:p w14:paraId="0773F82D" w14:textId="77777777" w:rsidR="001F0F4A" w:rsidRDefault="00000000">
      <w:pPr>
        <w:spacing w:after="140"/>
        <w:jc w:val="center"/>
        <w:rPr>
          <w:b/>
          <w:sz w:val="26"/>
        </w:rPr>
      </w:pPr>
      <w:r>
        <w:rPr>
          <w:b/>
          <w:sz w:val="26"/>
        </w:rPr>
        <w:t>FORMULARZ REZERWACJI SALI – BEZ NOCLEGU</w:t>
      </w:r>
    </w:p>
    <w:p w14:paraId="5E83B28B" w14:textId="77777777" w:rsidR="006F5EEC" w:rsidRDefault="006F5EEC">
      <w:pPr>
        <w:spacing w:after="140"/>
        <w:jc w:val="center"/>
      </w:pPr>
    </w:p>
    <w:p w14:paraId="07047E97" w14:textId="77777777" w:rsidR="001F0F4A" w:rsidRDefault="00000000">
      <w:pPr>
        <w:spacing w:before="100" w:after="80"/>
      </w:pPr>
      <w:r>
        <w:rPr>
          <w:b/>
          <w:color w:val="505050"/>
        </w:rPr>
        <w:t>1. DANE ORGANIZATORA</w:t>
      </w:r>
    </w:p>
    <w:p w14:paraId="527908B9" w14:textId="1C260EB9" w:rsidR="001F0F4A" w:rsidRDefault="00000000">
      <w:pPr>
        <w:spacing w:after="60"/>
      </w:pPr>
      <w:r>
        <w:rPr>
          <w:b/>
        </w:rPr>
        <w:t xml:space="preserve">Nazwa organizacji / grupy: </w:t>
      </w:r>
      <w:r>
        <w:t>______________________________________________________</w:t>
      </w:r>
      <w:r w:rsidR="006F5EEC">
        <w:t>_____________</w:t>
      </w:r>
      <w:r>
        <w:t>______</w:t>
      </w:r>
    </w:p>
    <w:p w14:paraId="08507EF2" w14:textId="77777777" w:rsidR="001F0F4A" w:rsidRDefault="00000000">
      <w:pPr>
        <w:spacing w:after="60"/>
      </w:pPr>
      <w:r>
        <w:rPr>
          <w:b/>
        </w:rPr>
        <w:t xml:space="preserve">Imię i nazwisko osoby odpowiedzialnej: </w:t>
      </w:r>
      <w:r>
        <w:t>____________________________________________________________</w:t>
      </w:r>
    </w:p>
    <w:p w14:paraId="1322C64F" w14:textId="061105F6" w:rsidR="001F0F4A" w:rsidRDefault="00000000">
      <w:pPr>
        <w:spacing w:after="60"/>
      </w:pPr>
      <w:proofErr w:type="spellStart"/>
      <w:r>
        <w:rPr>
          <w:b/>
        </w:rPr>
        <w:t>Telefon</w:t>
      </w:r>
      <w:proofErr w:type="spellEnd"/>
      <w:r>
        <w:rPr>
          <w:b/>
        </w:rPr>
        <w:t xml:space="preserve">: </w:t>
      </w:r>
      <w:r>
        <w:t>_______________________________</w:t>
      </w:r>
      <w:r w:rsidR="006F5EEC">
        <w:t>_______</w:t>
      </w:r>
      <w:r>
        <w:t>___    E-mail: _______________</w:t>
      </w:r>
      <w:r w:rsidR="006F5EEC">
        <w:t>___</w:t>
      </w:r>
      <w:r>
        <w:t>_______________</w:t>
      </w:r>
      <w:r w:rsidR="006F5EEC">
        <w:t>____</w:t>
      </w:r>
      <w:r>
        <w:t>____</w:t>
      </w:r>
    </w:p>
    <w:p w14:paraId="381E879C" w14:textId="0EF47B42" w:rsidR="001F0F4A" w:rsidRDefault="00000000">
      <w:pPr>
        <w:spacing w:after="60"/>
      </w:pPr>
      <w:r>
        <w:rPr>
          <w:b/>
        </w:rPr>
        <w:t xml:space="preserve">Dane do faktury (jeśli potrzebna): </w:t>
      </w:r>
      <w:r>
        <w:t>_________________________________________</w:t>
      </w:r>
      <w:r w:rsidR="006F5EEC">
        <w:t>______</w:t>
      </w:r>
      <w:r>
        <w:t>___________________</w:t>
      </w:r>
    </w:p>
    <w:p w14:paraId="06454D62" w14:textId="77777777" w:rsidR="001F0F4A" w:rsidRDefault="00000000">
      <w:pPr>
        <w:spacing w:after="60"/>
      </w:pPr>
      <w:r>
        <w:rPr>
          <w:b/>
        </w:rPr>
        <w:t xml:space="preserve">NIP: </w:t>
      </w:r>
      <w:r>
        <w:t>_______________________________________</w:t>
      </w:r>
    </w:p>
    <w:p w14:paraId="2BB656AF" w14:textId="77777777" w:rsidR="001F0F4A" w:rsidRDefault="00000000">
      <w:pPr>
        <w:spacing w:before="100" w:after="80"/>
      </w:pPr>
      <w:r>
        <w:rPr>
          <w:b/>
          <w:color w:val="505050"/>
        </w:rPr>
        <w:t>2. TERMIN I CHARAKTER WYDARZENIA</w:t>
      </w:r>
    </w:p>
    <w:p w14:paraId="0D284641" w14:textId="5D6B976E" w:rsidR="001F0F4A" w:rsidRDefault="00000000">
      <w:pPr>
        <w:spacing w:after="60"/>
      </w:pPr>
      <w:r>
        <w:rPr>
          <w:b/>
        </w:rPr>
        <w:t xml:space="preserve">Data </w:t>
      </w:r>
      <w:proofErr w:type="spellStart"/>
      <w:r>
        <w:rPr>
          <w:b/>
        </w:rPr>
        <w:t>wydarzenia</w:t>
      </w:r>
      <w:proofErr w:type="spellEnd"/>
      <w:r>
        <w:rPr>
          <w:b/>
        </w:rPr>
        <w:t xml:space="preserve">: </w:t>
      </w:r>
      <w:r>
        <w:t>________________</w:t>
      </w:r>
      <w:r w:rsidR="006F5EEC">
        <w:t>_______</w:t>
      </w:r>
      <w:r>
        <w:t xml:space="preserve">________    </w:t>
      </w:r>
      <w:proofErr w:type="spellStart"/>
      <w:r>
        <w:t>Godziny</w:t>
      </w:r>
      <w:proofErr w:type="spellEnd"/>
      <w:r>
        <w:t>: od ___</w:t>
      </w:r>
      <w:r w:rsidR="006F5EEC">
        <w:t>____</w:t>
      </w:r>
      <w:r>
        <w:t>_______ do ___</w:t>
      </w:r>
      <w:r w:rsidR="006F5EEC">
        <w:t>____</w:t>
      </w:r>
      <w:r>
        <w:t>_______</w:t>
      </w:r>
    </w:p>
    <w:p w14:paraId="5D1BD473" w14:textId="2707FEF6" w:rsidR="001F0F4A" w:rsidRDefault="00000000">
      <w:pPr>
        <w:spacing w:after="60"/>
      </w:pPr>
      <w:r>
        <w:rPr>
          <w:b/>
        </w:rPr>
        <w:t xml:space="preserve">Nazwa / </w:t>
      </w:r>
      <w:proofErr w:type="spellStart"/>
      <w:r>
        <w:rPr>
          <w:b/>
        </w:rPr>
        <w:t>charakter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wydarzenia</w:t>
      </w:r>
      <w:proofErr w:type="spellEnd"/>
      <w:r>
        <w:rPr>
          <w:b/>
        </w:rPr>
        <w:t xml:space="preserve">: </w:t>
      </w:r>
      <w:r>
        <w:t>___________________________________</w:t>
      </w:r>
      <w:r w:rsidR="006F5EEC">
        <w:t>___</w:t>
      </w:r>
      <w:r>
        <w:t>_________________________</w:t>
      </w:r>
    </w:p>
    <w:p w14:paraId="0FB21965" w14:textId="78CCE633" w:rsidR="001F0F4A" w:rsidRDefault="00000000">
      <w:pPr>
        <w:spacing w:after="60"/>
      </w:pPr>
      <w:proofErr w:type="spellStart"/>
      <w:r>
        <w:rPr>
          <w:b/>
        </w:rPr>
        <w:t>Przewidywana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liczba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uczestników</w:t>
      </w:r>
      <w:proofErr w:type="spellEnd"/>
      <w:r>
        <w:rPr>
          <w:b/>
        </w:rPr>
        <w:t xml:space="preserve">: </w:t>
      </w:r>
      <w:r>
        <w:t>_______</w:t>
      </w:r>
      <w:r w:rsidR="006F5EEC">
        <w:t>_</w:t>
      </w:r>
      <w:r>
        <w:t xml:space="preserve">_________ </w:t>
      </w:r>
      <w:proofErr w:type="spellStart"/>
      <w:r>
        <w:t>osób</w:t>
      </w:r>
      <w:proofErr w:type="spellEnd"/>
    </w:p>
    <w:p w14:paraId="3E84F475" w14:textId="77777777" w:rsidR="001F0F4A" w:rsidRDefault="00000000">
      <w:pPr>
        <w:spacing w:before="100" w:after="80"/>
      </w:pPr>
      <w:r>
        <w:rPr>
          <w:b/>
          <w:color w:val="505050"/>
        </w:rPr>
        <w:t>3. REZERWACJA SALI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2324"/>
        <w:gridCol w:w="1871"/>
        <w:gridCol w:w="4649"/>
      </w:tblGrid>
      <w:tr w:rsidR="001F0F4A" w14:paraId="2EDFA837" w14:textId="77777777">
        <w:trPr>
          <w:tblHeader/>
          <w:jc w:val="center"/>
        </w:trPr>
        <w:tc>
          <w:tcPr>
            <w:tcW w:w="907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A31243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Wybór</w:t>
            </w:r>
          </w:p>
        </w:tc>
        <w:tc>
          <w:tcPr>
            <w:tcW w:w="2324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003B14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Sala</w:t>
            </w:r>
          </w:p>
        </w:tc>
        <w:tc>
          <w:tcPr>
            <w:tcW w:w="1871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E74495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Liczba osób</w:t>
            </w:r>
          </w:p>
        </w:tc>
        <w:tc>
          <w:tcPr>
            <w:tcW w:w="4649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3EEB8F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Uwagi</w:t>
            </w:r>
          </w:p>
        </w:tc>
      </w:tr>
      <w:tr w:rsidR="001F0F4A" w14:paraId="07C8AD3D" w14:textId="77777777">
        <w:trPr>
          <w:jc w:val="center"/>
        </w:trPr>
        <w:tc>
          <w:tcPr>
            <w:tcW w:w="90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450299" w14:textId="77777777" w:rsidR="001F0F4A" w:rsidRDefault="00000000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817F66" w14:textId="1C3D4248" w:rsidR="001F0F4A" w:rsidRDefault="00000000">
            <w:pPr>
              <w:jc w:val="center"/>
            </w:pPr>
            <w:r>
              <w:rPr>
                <w:sz w:val="18"/>
              </w:rPr>
              <w:t>Sala</w:t>
            </w:r>
            <w:r w:rsidR="006F5EEC">
              <w:rPr>
                <w:sz w:val="18"/>
              </w:rPr>
              <w:t xml:space="preserve"> </w:t>
            </w:r>
            <w:proofErr w:type="spellStart"/>
            <w:r w:rsidR="006F5EEC">
              <w:rPr>
                <w:sz w:val="18"/>
              </w:rPr>
              <w:t>św</w:t>
            </w:r>
            <w:proofErr w:type="spellEnd"/>
            <w:r w:rsidR="006F5EEC">
              <w:rPr>
                <w:sz w:val="18"/>
              </w:rPr>
              <w:t xml:space="preserve">. </w:t>
            </w:r>
            <w:proofErr w:type="spellStart"/>
            <w:r w:rsidR="006F5EEC">
              <w:rPr>
                <w:sz w:val="18"/>
              </w:rPr>
              <w:t>Mateusza</w:t>
            </w:r>
            <w:proofErr w:type="spellEnd"/>
          </w:p>
        </w:tc>
        <w:tc>
          <w:tcPr>
            <w:tcW w:w="18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14166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464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36BBA0" w14:textId="77777777" w:rsidR="001F0F4A" w:rsidRDefault="00000000">
            <w:r>
              <w:rPr>
                <w:sz w:val="18"/>
              </w:rPr>
              <w:t>________________________</w:t>
            </w:r>
          </w:p>
        </w:tc>
      </w:tr>
      <w:tr w:rsidR="001F0F4A" w14:paraId="38700CCE" w14:textId="77777777">
        <w:trPr>
          <w:jc w:val="center"/>
        </w:trPr>
        <w:tc>
          <w:tcPr>
            <w:tcW w:w="90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AAB4E8" w14:textId="77777777" w:rsidR="001F0F4A" w:rsidRDefault="00000000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EB0785" w14:textId="0D7E9C9C" w:rsidR="001F0F4A" w:rsidRDefault="00000000">
            <w:pPr>
              <w:jc w:val="center"/>
            </w:pPr>
            <w:r>
              <w:rPr>
                <w:sz w:val="18"/>
              </w:rPr>
              <w:t xml:space="preserve">Sala </w:t>
            </w:r>
            <w:proofErr w:type="spellStart"/>
            <w:r w:rsidR="006F5EEC">
              <w:rPr>
                <w:sz w:val="18"/>
              </w:rPr>
              <w:t>św</w:t>
            </w:r>
            <w:proofErr w:type="spellEnd"/>
            <w:r w:rsidR="006F5EEC">
              <w:rPr>
                <w:sz w:val="18"/>
              </w:rPr>
              <w:t xml:space="preserve">. </w:t>
            </w:r>
            <w:proofErr w:type="spellStart"/>
            <w:r w:rsidR="006F5EEC">
              <w:rPr>
                <w:sz w:val="18"/>
              </w:rPr>
              <w:t>Łukasza</w:t>
            </w:r>
            <w:proofErr w:type="spellEnd"/>
          </w:p>
        </w:tc>
        <w:tc>
          <w:tcPr>
            <w:tcW w:w="18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8C279F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464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D8E257" w14:textId="77777777" w:rsidR="001F0F4A" w:rsidRDefault="00000000">
            <w:r>
              <w:rPr>
                <w:sz w:val="18"/>
              </w:rPr>
              <w:t>________________________</w:t>
            </w:r>
          </w:p>
        </w:tc>
      </w:tr>
      <w:tr w:rsidR="001F0F4A" w14:paraId="0A8BC33D" w14:textId="77777777">
        <w:trPr>
          <w:jc w:val="center"/>
        </w:trPr>
        <w:tc>
          <w:tcPr>
            <w:tcW w:w="90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A81593" w14:textId="77777777" w:rsidR="001F0F4A" w:rsidRDefault="00000000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5080F7" w14:textId="71E4F40D" w:rsidR="001F0F4A" w:rsidRDefault="00000000">
            <w:pPr>
              <w:jc w:val="center"/>
            </w:pPr>
            <w:r>
              <w:rPr>
                <w:sz w:val="18"/>
              </w:rPr>
              <w:t xml:space="preserve">Sala </w:t>
            </w:r>
            <w:proofErr w:type="spellStart"/>
            <w:r w:rsidR="006F5EEC">
              <w:rPr>
                <w:sz w:val="18"/>
              </w:rPr>
              <w:t>św</w:t>
            </w:r>
            <w:proofErr w:type="spellEnd"/>
            <w:r w:rsidR="006F5EEC">
              <w:rPr>
                <w:sz w:val="18"/>
              </w:rPr>
              <w:t>. Marka</w:t>
            </w:r>
          </w:p>
        </w:tc>
        <w:tc>
          <w:tcPr>
            <w:tcW w:w="18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07865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464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C78D7D" w14:textId="77777777" w:rsidR="001F0F4A" w:rsidRDefault="00000000">
            <w:r>
              <w:rPr>
                <w:sz w:val="18"/>
              </w:rPr>
              <w:t>________________________</w:t>
            </w:r>
          </w:p>
        </w:tc>
      </w:tr>
    </w:tbl>
    <w:p w14:paraId="3AD18021" w14:textId="77777777" w:rsidR="006F5EEC" w:rsidRDefault="006F5EEC">
      <w:pPr>
        <w:spacing w:before="60" w:after="40"/>
        <w:rPr>
          <w:b/>
          <w:sz w:val="19"/>
        </w:rPr>
      </w:pPr>
    </w:p>
    <w:p w14:paraId="2ECDB1EF" w14:textId="67A833A0" w:rsidR="001F0F4A" w:rsidRDefault="00000000">
      <w:pPr>
        <w:spacing w:before="60" w:after="40"/>
        <w:rPr>
          <w:sz w:val="19"/>
        </w:rPr>
      </w:pPr>
      <w:r>
        <w:rPr>
          <w:b/>
          <w:sz w:val="19"/>
        </w:rPr>
        <w:t xml:space="preserve">Koszt: </w:t>
      </w:r>
      <w:r>
        <w:rPr>
          <w:sz w:val="19"/>
        </w:rPr>
        <w:t xml:space="preserve">400 </w:t>
      </w:r>
      <w:proofErr w:type="spellStart"/>
      <w:r>
        <w:rPr>
          <w:sz w:val="19"/>
        </w:rPr>
        <w:t>zł</w:t>
      </w:r>
      <w:proofErr w:type="spellEnd"/>
      <w:r>
        <w:rPr>
          <w:sz w:val="19"/>
        </w:rPr>
        <w:t xml:space="preserve"> za </w:t>
      </w:r>
      <w:proofErr w:type="spellStart"/>
      <w:r>
        <w:rPr>
          <w:sz w:val="19"/>
        </w:rPr>
        <w:t>salę</w:t>
      </w:r>
      <w:proofErr w:type="spellEnd"/>
      <w:r>
        <w:rPr>
          <w:sz w:val="19"/>
        </w:rPr>
        <w:t xml:space="preserve"> / dzień + 25 zł za </w:t>
      </w:r>
      <w:proofErr w:type="spellStart"/>
      <w:r>
        <w:rPr>
          <w:sz w:val="19"/>
        </w:rPr>
        <w:t>każdego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uczestnika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wydarzenia</w:t>
      </w:r>
      <w:proofErr w:type="spellEnd"/>
      <w:r>
        <w:rPr>
          <w:sz w:val="19"/>
        </w:rPr>
        <w:t>.</w:t>
      </w:r>
    </w:p>
    <w:p w14:paraId="6E137D93" w14:textId="77777777" w:rsidR="006F5EEC" w:rsidRDefault="006F5EEC">
      <w:pPr>
        <w:spacing w:before="60" w:after="40"/>
      </w:pPr>
    </w:p>
    <w:p w14:paraId="242FEF33" w14:textId="77777777" w:rsidR="001F0F4A" w:rsidRDefault="00000000">
      <w:pPr>
        <w:spacing w:before="100" w:after="80"/>
        <w:rPr>
          <w:b/>
          <w:color w:val="505050"/>
        </w:rPr>
      </w:pPr>
      <w:r>
        <w:rPr>
          <w:b/>
          <w:color w:val="505050"/>
        </w:rPr>
        <w:t>4. WYPOSAŻENIE I USTAWIENIE SALI</w:t>
      </w:r>
    </w:p>
    <w:p w14:paraId="12B7C6DA" w14:textId="77777777" w:rsidR="006F5EEC" w:rsidRDefault="006F5EEC">
      <w:pPr>
        <w:spacing w:before="100" w:after="80"/>
      </w:pPr>
    </w:p>
    <w:p w14:paraId="3ADA3A5F" w14:textId="77777777" w:rsidR="006F5EEC" w:rsidRDefault="00000000">
      <w:pPr>
        <w:spacing w:after="40"/>
        <w:rPr>
          <w:sz w:val="19"/>
        </w:rPr>
      </w:pPr>
      <w:r>
        <w:rPr>
          <w:sz w:val="19"/>
        </w:rPr>
        <w:t xml:space="preserve">☐ układ teatralny   ☐ podkowa   ☐ stoły w </w:t>
      </w:r>
      <w:proofErr w:type="spellStart"/>
      <w:r>
        <w:rPr>
          <w:sz w:val="19"/>
        </w:rPr>
        <w:t>grupach</w:t>
      </w:r>
      <w:proofErr w:type="spellEnd"/>
      <w:r>
        <w:rPr>
          <w:sz w:val="19"/>
        </w:rPr>
        <w:t xml:space="preserve">   ☐ </w:t>
      </w:r>
      <w:proofErr w:type="spellStart"/>
      <w:r>
        <w:rPr>
          <w:sz w:val="19"/>
        </w:rPr>
        <w:t>inny</w:t>
      </w:r>
      <w:proofErr w:type="spellEnd"/>
      <w:r>
        <w:rPr>
          <w:sz w:val="19"/>
        </w:rPr>
        <w:t>: ______________________________</w:t>
      </w:r>
    </w:p>
    <w:p w14:paraId="5DF8350B" w14:textId="7CC55EFE" w:rsidR="001F0F4A" w:rsidRDefault="00000000">
      <w:pPr>
        <w:spacing w:after="40"/>
      </w:pPr>
      <w:r>
        <w:rPr>
          <w:sz w:val="19"/>
        </w:rPr>
        <w:br/>
        <w:t>☐ projektor   ☐ ekran   ☐ mikrofon   ☐ flipchart   ☐ inne: ______________________________</w:t>
      </w:r>
      <w:r>
        <w:rPr>
          <w:sz w:val="19"/>
        </w:rPr>
        <w:br/>
      </w:r>
    </w:p>
    <w:p w14:paraId="5E478AD7" w14:textId="77777777" w:rsidR="006F5EEC" w:rsidRDefault="00000000">
      <w:pPr>
        <w:spacing w:after="60"/>
        <w:rPr>
          <w:b/>
        </w:rPr>
      </w:pPr>
      <w:r>
        <w:rPr>
          <w:b/>
        </w:rPr>
        <w:t xml:space="preserve">Dodatkowe uwagi dotyczące ustawienia / wyposażenia: </w:t>
      </w:r>
    </w:p>
    <w:p w14:paraId="1617C5B5" w14:textId="109A78DC" w:rsidR="001F0F4A" w:rsidRDefault="00000000">
      <w:pPr>
        <w:spacing w:after="60"/>
      </w:pPr>
      <w:r>
        <w:t>_____________________________________________________</w:t>
      </w:r>
      <w:r w:rsidR="006F5EEC">
        <w:t>_____________________________</w:t>
      </w:r>
      <w:r>
        <w:t>_______</w:t>
      </w:r>
    </w:p>
    <w:p w14:paraId="29087B02" w14:textId="74342022" w:rsidR="001F0F4A" w:rsidRDefault="00000000">
      <w:pPr>
        <w:spacing w:after="60"/>
      </w:pPr>
      <w:r>
        <w:rPr>
          <w:b/>
        </w:rPr>
        <w:t xml:space="preserve"> </w:t>
      </w:r>
      <w:r>
        <w:t>_________________________________________________________</w:t>
      </w:r>
      <w:r w:rsidR="006F5EEC">
        <w:t>_________</w:t>
      </w:r>
      <w:r>
        <w:t>_______________________</w:t>
      </w:r>
    </w:p>
    <w:p w14:paraId="4563D5CA" w14:textId="77777777" w:rsidR="001F0F4A" w:rsidRDefault="00000000">
      <w:pPr>
        <w:spacing w:before="100" w:after="80"/>
      </w:pPr>
      <w:r>
        <w:rPr>
          <w:b/>
          <w:color w:val="505050"/>
        </w:rPr>
        <w:t>5. POSIŁKI</w:t>
      </w:r>
    </w:p>
    <w:p w14:paraId="220D8CF6" w14:textId="77777777" w:rsidR="001F0F4A" w:rsidRDefault="00000000">
      <w:pPr>
        <w:spacing w:after="60"/>
      </w:pPr>
      <w:r>
        <w:rPr>
          <w:sz w:val="19"/>
        </w:rPr>
        <w:t>Prosimy zaznaczyć zamawiane posiłki i podać liczbę osób.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18"/>
        <w:gridCol w:w="2618"/>
        <w:gridCol w:w="2618"/>
        <w:gridCol w:w="2618"/>
      </w:tblGrid>
      <w:tr w:rsidR="001F0F4A" w14:paraId="6FF25DC2" w14:textId="77777777">
        <w:trPr>
          <w:jc w:val="center"/>
        </w:trPr>
        <w:tc>
          <w:tcPr>
            <w:tcW w:w="2620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E58664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Posiłek</w:t>
            </w:r>
          </w:p>
        </w:tc>
        <w:tc>
          <w:tcPr>
            <w:tcW w:w="2620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61A00B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Cena / os.</w:t>
            </w:r>
          </w:p>
        </w:tc>
        <w:tc>
          <w:tcPr>
            <w:tcW w:w="2620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458743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Liczba osób</w:t>
            </w:r>
          </w:p>
        </w:tc>
        <w:tc>
          <w:tcPr>
            <w:tcW w:w="2620" w:type="dxa"/>
            <w:shd w:val="clear" w:color="auto" w:fill="EDED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62D0D5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Godzina</w:t>
            </w:r>
          </w:p>
        </w:tc>
      </w:tr>
      <w:tr w:rsidR="001F0F4A" w14:paraId="58E984EC" w14:textId="77777777">
        <w:trPr>
          <w:jc w:val="center"/>
        </w:trPr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03C846" w14:textId="77777777" w:rsidR="001F0F4A" w:rsidRDefault="00000000">
            <w:r>
              <w:rPr>
                <w:sz w:val="18"/>
              </w:rPr>
              <w:t>☐ Śniadanie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26F560" w14:textId="77777777" w:rsidR="001F0F4A" w:rsidRDefault="00000000">
            <w:pPr>
              <w:jc w:val="center"/>
            </w:pPr>
            <w:r>
              <w:rPr>
                <w:sz w:val="18"/>
              </w:rPr>
              <w:t>40 zł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A05CD0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1551A1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</w:tr>
      <w:tr w:rsidR="001F0F4A" w14:paraId="6775388D" w14:textId="77777777">
        <w:trPr>
          <w:jc w:val="center"/>
        </w:trPr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9D4042" w14:textId="77777777" w:rsidR="001F0F4A" w:rsidRDefault="00000000">
            <w:r>
              <w:rPr>
                <w:sz w:val="18"/>
              </w:rPr>
              <w:t>☐ Obiad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B6D461" w14:textId="77777777" w:rsidR="001F0F4A" w:rsidRDefault="00000000">
            <w:pPr>
              <w:jc w:val="center"/>
            </w:pPr>
            <w:r>
              <w:rPr>
                <w:sz w:val="18"/>
              </w:rPr>
              <w:t>55 zł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FE741D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B9656F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</w:tr>
      <w:tr w:rsidR="001F0F4A" w14:paraId="0B4556AC" w14:textId="77777777">
        <w:trPr>
          <w:jc w:val="center"/>
        </w:trPr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076246" w14:textId="77777777" w:rsidR="001F0F4A" w:rsidRDefault="00000000">
            <w:r>
              <w:rPr>
                <w:sz w:val="18"/>
              </w:rPr>
              <w:t>☐ Kolacja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51E43C" w14:textId="77777777" w:rsidR="001F0F4A" w:rsidRDefault="00000000">
            <w:pPr>
              <w:jc w:val="center"/>
            </w:pPr>
            <w:r>
              <w:rPr>
                <w:sz w:val="18"/>
              </w:rPr>
              <w:t>40 zł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AD8C3F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w="26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E9F413" w14:textId="77777777" w:rsidR="001F0F4A" w:rsidRDefault="00000000">
            <w:pPr>
              <w:jc w:val="center"/>
            </w:pPr>
            <w:r>
              <w:rPr>
                <w:sz w:val="18"/>
              </w:rPr>
              <w:t>________</w:t>
            </w:r>
          </w:p>
        </w:tc>
      </w:tr>
    </w:tbl>
    <w:p w14:paraId="139ECE0D" w14:textId="77777777" w:rsidR="006F5EEC" w:rsidRDefault="00000000">
      <w:pPr>
        <w:pBdr>
          <w:bottom w:val="single" w:sz="12" w:space="1" w:color="auto"/>
        </w:pBdr>
        <w:spacing w:after="60"/>
        <w:rPr>
          <w:b/>
        </w:rPr>
      </w:pPr>
      <w:r>
        <w:rPr>
          <w:b/>
        </w:rPr>
        <w:lastRenderedPageBreak/>
        <w:t xml:space="preserve">Diety / alergie / szczególne potrzeby żywieniowe: </w:t>
      </w:r>
    </w:p>
    <w:p w14:paraId="7513E3A6" w14:textId="77777777" w:rsidR="006F5EEC" w:rsidRDefault="006F5EEC">
      <w:pPr>
        <w:spacing w:after="60"/>
      </w:pPr>
    </w:p>
    <w:p w14:paraId="2540D813" w14:textId="77777777" w:rsidR="006F5EEC" w:rsidRDefault="00000000" w:rsidP="006F5EEC">
      <w:pPr>
        <w:spacing w:after="60"/>
      </w:pPr>
      <w:r>
        <w:rPr>
          <w:b/>
        </w:rPr>
        <w:t xml:space="preserve"> </w:t>
      </w:r>
      <w:r>
        <w:t>_______________________________________________________________________________</w:t>
      </w:r>
    </w:p>
    <w:p w14:paraId="06ED8346" w14:textId="77777777" w:rsidR="006F5EEC" w:rsidRDefault="006F5EEC" w:rsidP="006F5EEC">
      <w:pPr>
        <w:spacing w:after="60"/>
      </w:pPr>
    </w:p>
    <w:p w14:paraId="39F5BA72" w14:textId="43AE0B1F" w:rsidR="001F0F4A" w:rsidRDefault="00000000" w:rsidP="006F5EEC">
      <w:pPr>
        <w:spacing w:after="60"/>
      </w:pPr>
      <w:r>
        <w:rPr>
          <w:b/>
          <w:color w:val="505050"/>
        </w:rPr>
        <w:t>6. DODATKOWE POTRZEBY ORGANIZACYJNE</w:t>
      </w:r>
    </w:p>
    <w:p w14:paraId="22FE8800" w14:textId="77777777" w:rsidR="001F0F4A" w:rsidRDefault="00000000">
      <w:pPr>
        <w:spacing w:after="60"/>
      </w:pPr>
      <w:r>
        <w:rPr>
          <w:sz w:val="20"/>
        </w:rPr>
        <w:t>________________________________________________________________________________</w:t>
      </w:r>
    </w:p>
    <w:p w14:paraId="19B420A6" w14:textId="77777777" w:rsidR="001F0F4A" w:rsidRDefault="00000000">
      <w:pPr>
        <w:spacing w:after="60"/>
      </w:pPr>
      <w:r>
        <w:rPr>
          <w:sz w:val="20"/>
        </w:rPr>
        <w:t>________________________________________________________________________________</w:t>
      </w:r>
    </w:p>
    <w:p w14:paraId="2E554012" w14:textId="77777777" w:rsidR="001F0F4A" w:rsidRDefault="00000000">
      <w:pPr>
        <w:spacing w:after="60"/>
      </w:pPr>
      <w:r>
        <w:rPr>
          <w:sz w:val="20"/>
        </w:rPr>
        <w:t>________________________________________________________________________________</w:t>
      </w:r>
    </w:p>
    <w:p w14:paraId="1787BC1F" w14:textId="77777777" w:rsidR="001F0F4A" w:rsidRDefault="00000000">
      <w:pPr>
        <w:spacing w:before="100" w:after="80"/>
      </w:pPr>
      <w:r>
        <w:rPr>
          <w:b/>
          <w:color w:val="505050"/>
        </w:rPr>
        <w:t>7. OSTATECZNE POTWIERDZENIE</w:t>
      </w:r>
    </w:p>
    <w:p w14:paraId="4D48B2F9" w14:textId="77777777" w:rsidR="001F0F4A" w:rsidRDefault="00000000">
      <w:pPr>
        <w:spacing w:after="100"/>
      </w:pPr>
      <w:r>
        <w:rPr>
          <w:sz w:val="19"/>
        </w:rPr>
        <w:t>Najpóźniej 7 dni przed wydarzeniem organizator zobowiązuje się potwierdzić ostateczną liczbę uczestników, liczbę i godziny posiłków, sposób ustawienia sali oraz wszystkie dodatkowe potrzeby. Po tym terminie potwierdzona liczba uczestników i zamówionych świadczeń stanowi podstawę rozliczenia.</w:t>
      </w:r>
    </w:p>
    <w:p w14:paraId="7906DFC2" w14:textId="77777777" w:rsidR="001F0F4A" w:rsidRDefault="00000000">
      <w:pPr>
        <w:spacing w:before="100" w:after="80"/>
      </w:pPr>
      <w:r>
        <w:rPr>
          <w:b/>
          <w:color w:val="505050"/>
        </w:rPr>
        <w:t>8. WARUNKI REZERWACJI I ANULOWANIA</w:t>
      </w:r>
    </w:p>
    <w:p w14:paraId="17C3057F" w14:textId="77777777" w:rsidR="001F0F4A" w:rsidRDefault="00000000">
      <w:pPr>
        <w:pStyle w:val="Listapunktowana"/>
        <w:spacing w:after="40"/>
      </w:pPr>
      <w:r>
        <w:rPr>
          <w:sz w:val="19"/>
        </w:rPr>
        <w:t>Warunkiem potwierdzenia rezerwacji jest wpłata zaliczki w wysokości 25% przewidywanej wartości wynajmu.</w:t>
      </w:r>
    </w:p>
    <w:p w14:paraId="2FB6A1E5" w14:textId="77777777" w:rsidR="001F0F4A" w:rsidRDefault="00000000">
      <w:pPr>
        <w:pStyle w:val="Listapunktowana"/>
        <w:spacing w:after="40"/>
      </w:pPr>
      <w:r>
        <w:rPr>
          <w:sz w:val="19"/>
        </w:rPr>
        <w:t>Przy anulowaniu rezerwacji więcej niż 14 dni przed wydarzeniem zaliczka może zostać zwrócona lub – po uzgodnieniu z Centrum – przeniesiona na inny termin.</w:t>
      </w:r>
    </w:p>
    <w:p w14:paraId="0C6D8FFB" w14:textId="77777777" w:rsidR="001F0F4A" w:rsidRDefault="00000000">
      <w:pPr>
        <w:pStyle w:val="Listapunktowana"/>
        <w:spacing w:after="40"/>
      </w:pPr>
      <w:r>
        <w:rPr>
          <w:sz w:val="19"/>
        </w:rPr>
        <w:t>Przy anulowaniu od 14 do 8 dni przed wydarzeniem zaliczka nie podlega zwrotowi.</w:t>
      </w:r>
    </w:p>
    <w:p w14:paraId="62395617" w14:textId="77777777" w:rsidR="001F0F4A" w:rsidRPr="006F5EEC" w:rsidRDefault="00000000">
      <w:pPr>
        <w:pStyle w:val="Listapunktowana"/>
        <w:spacing w:after="40"/>
      </w:pPr>
      <w:r>
        <w:rPr>
          <w:sz w:val="19"/>
        </w:rPr>
        <w:t xml:space="preserve">Przy anulowaniu 7 dni lub mniej przed wydarzeniem organizator zobowiązany jest do zapłaty 100% wartości wynajmu, opłat za potwierdzoną liczbę uczestników, zamówionych posiłków i innych usług, </w:t>
      </w:r>
      <w:proofErr w:type="spellStart"/>
      <w:r>
        <w:rPr>
          <w:sz w:val="19"/>
        </w:rPr>
        <w:t>pomniejszonej</w:t>
      </w:r>
      <w:proofErr w:type="spellEnd"/>
      <w:r>
        <w:rPr>
          <w:sz w:val="19"/>
        </w:rPr>
        <w:t xml:space="preserve"> o </w:t>
      </w:r>
      <w:proofErr w:type="spellStart"/>
      <w:r>
        <w:rPr>
          <w:sz w:val="19"/>
        </w:rPr>
        <w:t>wpłaconą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zaliczkę</w:t>
      </w:r>
      <w:proofErr w:type="spellEnd"/>
      <w:r>
        <w:rPr>
          <w:sz w:val="19"/>
        </w:rPr>
        <w:t>.</w:t>
      </w:r>
    </w:p>
    <w:p w14:paraId="6CC64BBE" w14:textId="77777777" w:rsidR="006F5EEC" w:rsidRDefault="006F5EEC" w:rsidP="006F5EEC">
      <w:pPr>
        <w:pStyle w:val="Listapunktowana"/>
        <w:numPr>
          <w:ilvl w:val="0"/>
          <w:numId w:val="0"/>
        </w:numPr>
        <w:spacing w:after="40"/>
        <w:ind w:left="360"/>
      </w:pPr>
    </w:p>
    <w:p w14:paraId="4CA89C40" w14:textId="77777777" w:rsidR="001F0F4A" w:rsidRDefault="00000000">
      <w:pPr>
        <w:spacing w:before="100" w:after="80"/>
        <w:rPr>
          <w:b/>
          <w:color w:val="505050"/>
        </w:rPr>
      </w:pPr>
      <w:r>
        <w:rPr>
          <w:b/>
          <w:color w:val="505050"/>
        </w:rPr>
        <w:t>9. AKCEPTACJA</w:t>
      </w:r>
    </w:p>
    <w:p w14:paraId="5F8EC475" w14:textId="77777777" w:rsidR="006F5EEC" w:rsidRDefault="006F5EEC">
      <w:pPr>
        <w:spacing w:before="100" w:after="80"/>
      </w:pPr>
    </w:p>
    <w:p w14:paraId="7B7F32AA" w14:textId="77777777" w:rsidR="001F0F4A" w:rsidRDefault="00000000">
      <w:pPr>
        <w:spacing w:after="140"/>
      </w:pPr>
      <w:r>
        <w:rPr>
          <w:b/>
          <w:sz w:val="19"/>
        </w:rPr>
        <w:t>☐ Potwierdzam poprawność powyższych danych oraz akceptuję zasady rezerwacji i wynajmu sal konferencyjnych w Centrum Dobry Zakątek.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36"/>
        <w:gridCol w:w="5236"/>
      </w:tblGrid>
      <w:tr w:rsidR="001F0F4A" w14:paraId="5237BF30" w14:textId="77777777">
        <w:trPr>
          <w:jc w:val="center"/>
        </w:trPr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7A7C8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Miejscowość i data</w:t>
            </w:r>
          </w:p>
        </w:tc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7C7F98" w14:textId="77777777" w:rsidR="001F0F4A" w:rsidRDefault="00000000">
            <w:pPr>
              <w:jc w:val="center"/>
            </w:pPr>
            <w:r>
              <w:rPr>
                <w:b/>
                <w:sz w:val="18"/>
              </w:rPr>
              <w:t>Podpis organizatora</w:t>
            </w:r>
          </w:p>
        </w:tc>
      </w:tr>
      <w:tr w:rsidR="001F0F4A" w14:paraId="786C6AB6" w14:textId="77777777">
        <w:trPr>
          <w:jc w:val="center"/>
        </w:trPr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AE6D87" w14:textId="77777777" w:rsidR="001F0F4A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______________________________</w:t>
            </w:r>
          </w:p>
        </w:tc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ACACC3" w14:textId="77777777" w:rsidR="001F0F4A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______________________________</w:t>
            </w:r>
          </w:p>
        </w:tc>
      </w:tr>
    </w:tbl>
    <w:p w14:paraId="0778295F" w14:textId="77777777" w:rsidR="006F5EEC" w:rsidRDefault="006F5EEC">
      <w:pPr>
        <w:spacing w:before="200" w:after="60"/>
        <w:rPr>
          <w:b/>
          <w:color w:val="505050"/>
          <w:sz w:val="19"/>
        </w:rPr>
      </w:pPr>
    </w:p>
    <w:p w14:paraId="7246B8F5" w14:textId="78A23721" w:rsidR="001F0F4A" w:rsidRDefault="00000000">
      <w:pPr>
        <w:spacing w:before="200" w:after="60"/>
        <w:rPr>
          <w:b/>
          <w:color w:val="505050"/>
          <w:sz w:val="19"/>
        </w:rPr>
      </w:pPr>
      <w:r>
        <w:rPr>
          <w:b/>
          <w:color w:val="505050"/>
          <w:sz w:val="19"/>
        </w:rPr>
        <w:t>DO WYPEŁNIENIA PRZEZ CENTRUM</w:t>
      </w:r>
      <w:r w:rsidR="006F5EEC">
        <w:rPr>
          <w:b/>
          <w:color w:val="505050"/>
          <w:sz w:val="19"/>
        </w:rPr>
        <w:t xml:space="preserve"> FORMACYJNE</w:t>
      </w:r>
      <w:r>
        <w:rPr>
          <w:b/>
          <w:color w:val="505050"/>
          <w:sz w:val="19"/>
        </w:rPr>
        <w:t xml:space="preserve"> </w:t>
      </w:r>
      <w:r w:rsidR="006F5EEC">
        <w:rPr>
          <w:b/>
          <w:color w:val="505050"/>
          <w:sz w:val="19"/>
        </w:rPr>
        <w:t>“</w:t>
      </w:r>
      <w:r>
        <w:rPr>
          <w:b/>
          <w:color w:val="505050"/>
          <w:sz w:val="19"/>
        </w:rPr>
        <w:t>DOBRY ZAKĄTEK</w:t>
      </w:r>
      <w:r w:rsidR="006F5EEC">
        <w:rPr>
          <w:b/>
          <w:color w:val="505050"/>
          <w:sz w:val="19"/>
        </w:rPr>
        <w:t>”</w:t>
      </w:r>
    </w:p>
    <w:p w14:paraId="504CEA13" w14:textId="77777777" w:rsidR="006F5EEC" w:rsidRDefault="006F5EEC">
      <w:pPr>
        <w:spacing w:before="200" w:after="60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35"/>
        <w:gridCol w:w="5237"/>
      </w:tblGrid>
      <w:tr w:rsidR="001F0F4A" w14:paraId="0A18AF4A" w14:textId="77777777">
        <w:trPr>
          <w:jc w:val="center"/>
        </w:trPr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327E20" w14:textId="77777777" w:rsidR="001F0F4A" w:rsidRDefault="00000000">
            <w:r>
              <w:rPr>
                <w:b/>
                <w:sz w:val="18"/>
              </w:rPr>
              <w:t>Data przyjęcia rezerwacji</w:t>
            </w:r>
          </w:p>
        </w:tc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1D537D" w14:textId="77777777" w:rsidR="001F0F4A" w:rsidRDefault="00000000">
            <w:r>
              <w:rPr>
                <w:sz w:val="18"/>
              </w:rPr>
              <w:t>____________________________</w:t>
            </w:r>
          </w:p>
        </w:tc>
      </w:tr>
      <w:tr w:rsidR="001F0F4A" w14:paraId="49E8B5C5" w14:textId="77777777">
        <w:trPr>
          <w:jc w:val="center"/>
        </w:trPr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096B4B" w14:textId="77777777" w:rsidR="001F0F4A" w:rsidRDefault="00000000">
            <w:r>
              <w:rPr>
                <w:b/>
                <w:sz w:val="18"/>
              </w:rPr>
              <w:t>Wysokość zaliczki / data wpłaty</w:t>
            </w:r>
          </w:p>
        </w:tc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660C0A" w14:textId="77777777" w:rsidR="001F0F4A" w:rsidRDefault="00000000">
            <w:r>
              <w:rPr>
                <w:sz w:val="18"/>
              </w:rPr>
              <w:t>____________________________</w:t>
            </w:r>
          </w:p>
        </w:tc>
      </w:tr>
      <w:tr w:rsidR="001F0F4A" w14:paraId="616B8FD9" w14:textId="77777777">
        <w:trPr>
          <w:jc w:val="center"/>
        </w:trPr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2341C" w14:textId="77777777" w:rsidR="001F0F4A" w:rsidRDefault="00000000">
            <w:r>
              <w:rPr>
                <w:b/>
                <w:sz w:val="18"/>
              </w:rPr>
              <w:t>Uwagi / osoba przyjmująca</w:t>
            </w:r>
          </w:p>
        </w:tc>
        <w:tc>
          <w:tcPr>
            <w:tcW w:w="524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E60571" w14:textId="77777777" w:rsidR="001F0F4A" w:rsidRDefault="00000000">
            <w:r>
              <w:rPr>
                <w:sz w:val="18"/>
              </w:rPr>
              <w:t>____________________________</w:t>
            </w:r>
          </w:p>
        </w:tc>
      </w:tr>
    </w:tbl>
    <w:p w14:paraId="767A62D4" w14:textId="77777777" w:rsidR="00DC285F" w:rsidRDefault="00DC285F"/>
    <w:sectPr w:rsidR="00DC285F" w:rsidSect="00034616">
      <w:footerReference w:type="default" r:id="rId8"/>
      <w:pgSz w:w="12240" w:h="15840"/>
      <w:pgMar w:top="765" w:right="879" w:bottom="70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61642C" w14:textId="77777777" w:rsidR="00DC285F" w:rsidRDefault="00DC285F">
      <w:pPr>
        <w:spacing w:after="0" w:line="240" w:lineRule="auto"/>
      </w:pPr>
      <w:r>
        <w:separator/>
      </w:r>
    </w:p>
  </w:endnote>
  <w:endnote w:type="continuationSeparator" w:id="0">
    <w:p w14:paraId="4F513837" w14:textId="77777777" w:rsidR="00DC285F" w:rsidRDefault="00DC2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09297" w14:textId="6D648E11" w:rsidR="001F0F4A" w:rsidRDefault="001F0F4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D518C" w14:textId="77777777" w:rsidR="00DC285F" w:rsidRDefault="00DC285F">
      <w:pPr>
        <w:spacing w:after="0" w:line="240" w:lineRule="auto"/>
      </w:pPr>
      <w:r>
        <w:separator/>
      </w:r>
    </w:p>
  </w:footnote>
  <w:footnote w:type="continuationSeparator" w:id="0">
    <w:p w14:paraId="770BB9D3" w14:textId="77777777" w:rsidR="00DC285F" w:rsidRDefault="00DC2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5655746">
    <w:abstractNumId w:val="8"/>
  </w:num>
  <w:num w:numId="2" w16cid:durableId="353653123">
    <w:abstractNumId w:val="6"/>
  </w:num>
  <w:num w:numId="3" w16cid:durableId="1589072370">
    <w:abstractNumId w:val="5"/>
  </w:num>
  <w:num w:numId="4" w16cid:durableId="929390336">
    <w:abstractNumId w:val="4"/>
  </w:num>
  <w:num w:numId="5" w16cid:durableId="188958601">
    <w:abstractNumId w:val="7"/>
  </w:num>
  <w:num w:numId="6" w16cid:durableId="1449012461">
    <w:abstractNumId w:val="3"/>
  </w:num>
  <w:num w:numId="7" w16cid:durableId="1102533485">
    <w:abstractNumId w:val="2"/>
  </w:num>
  <w:num w:numId="8" w16cid:durableId="1240334768">
    <w:abstractNumId w:val="1"/>
  </w:num>
  <w:num w:numId="9" w16cid:durableId="12837272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F4A"/>
    <w:rsid w:val="0029639D"/>
    <w:rsid w:val="00326F90"/>
    <w:rsid w:val="006F5EEC"/>
    <w:rsid w:val="00AA1D8D"/>
    <w:rsid w:val="00B47730"/>
    <w:rsid w:val="00CB0664"/>
    <w:rsid w:val="00DC285F"/>
    <w:rsid w:val="00FA3A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10976"/>
  <w14:defaultImageDpi w14:val="300"/>
  <w15:docId w15:val="{BF04FAAE-5F9F-4640-827F-59BDA5AC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3226</Characters>
  <Application>Microsoft Office Word</Application>
  <DocSecurity>0</DocSecurity>
  <Lines>97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Maciej Jaszczołt</cp:lastModifiedBy>
  <cp:revision>2</cp:revision>
  <cp:lastPrinted>2026-09-25T19:06:00Z</cp:lastPrinted>
  <dcterms:created xsi:type="dcterms:W3CDTF">2026-09-25T19:06:00Z</dcterms:created>
  <dcterms:modified xsi:type="dcterms:W3CDTF">2026-09-25T19:06:00Z</dcterms:modified>
  <cp:category/>
</cp:coreProperties>
</file>